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Rule="exact" w:line="580" w:before="0" w:after="0"/>
        <w:jc w:val="center"/>
      </w:pPr>
      <w:r>
        <w:rPr>
          <w:rFonts w:ascii="方正小标宋_GBK" w:hAnsi="方正小标宋_GBK" w:eastAsia="方正小标宋_GBK"/>
          <w:b w:val="0"/>
          <w:sz w:val="44"/>
        </w:rPr>
        <w:t>天台幼儿园安全检查工作总结</w:t>
      </w:r>
    </w:p>
    <w:p>
      <w:pPr>
        <w:spacing w:lineRule="exact" w:line="580" w:before="0" w:after="0"/>
        <w:ind w:firstLineChars="200" w:firstLine="640"/>
      </w:pPr>
      <w:r>
        <w:rPr>
          <w:rFonts w:ascii="仿宋_GB2312" w:hAnsi="仿宋_GB2312" w:eastAsia="仿宋_GB2312"/>
          <w:b w:val="0"/>
          <w:sz w:val="32"/>
        </w:rPr>
        <w:t>经查，未检索到符合条件的安全检查记录，暂无法形成工作总结。请调整查询条件后重新导出。</w:t>
      </w:r>
    </w:p>
    <w:p>
      <w:pPr>
        <w:spacing w:lineRule="exact" w:line="580" w:before="0" w:after="0"/>
        <w:jc w:val="right"/>
      </w:pPr>
      <w:r>
        <w:rPr>
          <w:rFonts w:ascii="仿宋_GB2312" w:hAnsi="仿宋_GB2312" w:eastAsia="仿宋_GB2312"/>
          <w:b w:val="0"/>
          <w:sz w:val="32"/>
        </w:rPr>
        <w:t>天台幼儿园</w:t>
      </w:r>
    </w:p>
    <w:p>
      <w:pPr>
        <w:spacing w:lineRule="exact" w:line="580" w:before="0" w:after="0"/>
        <w:jc w:val="right"/>
      </w:pPr>
      <w:r>
        <w:rPr>
          <w:rFonts w:ascii="仿宋_GB2312" w:hAnsi="仿宋_GB2312" w:eastAsia="仿宋_GB2312"/>
          <w:b w:val="0"/>
          <w:sz w:val="32"/>
        </w:rPr>
        <w:t>2026年10月6日</w:t>
      </w:r>
    </w:p>
    <w:sectPr w:rsidR="00FC693F" w:rsidRPr="0006063C" w:rsidSect="00034616">
      <w:footerReference w:type="default" r:id="rId9"/>
      <w:pgSz w:w="11906" w:h="16838"/>
      <w:pgMar w:top="1928" w:right="1474" w:bottom="1701" w:left="1587" w:header="720" w:footer="141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宋体" w:hAnsi="宋体" w:eastAsia="宋体"/>
        <w:b w:val="0"/>
        <w:sz w:val="28"/>
      </w:rPr>
      <w:t xml:space="preserve">— </w:t>
    </w:r>
    <w:r>
      <w:rPr>
        <w:rFonts w:ascii="宋体" w:hAnsi="宋体" w:eastAsia="宋体"/>
        <w:b w:val="0"/>
        <w:sz w:val="28"/>
      </w:rPr>
      <w:fldChar w:fldCharType="begin"/>
      <w:instrText xml:space="preserve">PAGE</w:instrText>
      <w:fldChar w:fldCharType="end"/>
    </w:r>
    <w:r>
      <w:rPr>
        <w:rFonts w:ascii="宋体" w:hAnsi="宋体" w:eastAsia="宋体"/>
        <w:b w:val="0"/>
        <w:sz w:val="28"/>
      </w:rPr>
      <w:t xml:space="preserve"> —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